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📚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משחקי טקסט ומשימות – גרסת נייר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📚 לשון · תיכון – עולים חדשים · חוברת תלמיד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בחוברת: בלש הטקסט · צופן סודי · דרכון תחנות · מיון וציר זמן · נחשו ובדקו · יוצא דופן · משחקי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🕵️ 🕵️ המילה שנמחקה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התיק: איזו מילת קישור נמחקה מהמכתב? קראו את הטקסט, ענו על שאלות הרמזים, וסמנו ✖ על כל חשוד/ה שנשלל/ה.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שלום לכולם! אני גרה בישראל כבר חצי שנה. בהתחלה היה לי קשה, ___ עכשיו טוב יותר. אני לומדת עברית באולפן. המורה אומרת שאני מתקדמת מהר. יש לי חברה חדשה מהאולפן. אנחנו שותות קפה ומדברות רק בעברית. תודה לכל מי שעזר לי!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החשוד/ה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נשלל/ה? 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של סיבה.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של תוצאה.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של ניגוד.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"היה קשה". האם בגלל זה "עכשיו טוב"?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כן, זו תוצאה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לא, זו לא תוצאה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אין בטקסט מידע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האם "עכשיו טוב יותר" מסביר למה היה קשה?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כן, זו הסיבה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לא, זו לא סיבה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כן, זו שאלה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היחס בין "קשה" לבין "טוב"?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אותו דבר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מילים שקשורות לאוכל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ההפך –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 הוא/היא: ______________________ . הוכחה מהטקסט: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🔐 מסיבה באולפן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הקטע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בסוף הקורס עשינו מסיבה באולפן. כל אחד הביא אוכל מהבית. המורה הדליקה מוזיקה. התלמידים רקדו ושרו. אחר כך כתבנו מכתבים קטנים. אני כתבתי למורה: "תודה, כי לימדת אותי לדבר." היא התרגשה מאוד. מחר נתחיל קורס חדש.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הצופן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רמז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‏13‏ ‏- 15‏ ‏- 10‏ ‏- 2‏ ‏- 5‏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אירוע שמח עם אוכל ומוזיקה 🎉.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ה ק ה י ל 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 בעבר: היא הפעילה (אור, מוזיקה).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‏5‏ ‏- 22‏ ‏- 20‏ ‏- 3‏ ‏- 21‏ ‏- 5‏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 בעבר: היא הרגישה רגש חזק.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נ ב ת כ 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 בעבר: אנחנו עשינו מכתבים.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🔣 מפתח: א=1 ב=2 ג=3 ד=4 ה=5 ו=6 ז=7 ח=8 ט=9 י=10 כ=11 ל=12 מ=13 נ=14 ס=15 ע=16 פ=17 צ=18 ק=19 ר=20 ש=21 ת=22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 הסודי לפי המורה: 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🗺️ דרכון התחנות: 🗺️ מסלול העברית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עברו חמש תחנות של עברית. בכל תחנה תקבלו אות. בכל תחנה – פתרו את המשימה וכתבו את אות הקסם שתקבלו מהמורה.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🟢 תחנת "למה?" – "אני לומד עברית ___ אני רוצה לדבר עם חברים." מה חסר?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🔗 תחנת הקישור – התאימו מילה למשמעות. (כתבו את האות המתאימה)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היגד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הקשר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תוצאה – מה קרה בגלל זה?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משהו הפוך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סיבה – למה?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🏛️ תחנת הבניינים – התאימו פועל לבניין. (כתבו את האות המתאימה)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היגד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הקשר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התלבש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פעל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🌱 תחנת השורש – מה השורש של "לומדים"?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ל-ו-מ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ל-מ-ד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מ-ד-י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ל-מ-י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📝 תחנת המשפט – "אני גר בתל אביב, ואני עובד בחיפה." איזה משפט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משפט פשוט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שאלה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משפט מחובר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משפט בלי פועל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1738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1738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1738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3</w:t>
            </w:r>
          </w:p>
        </w:tc>
        <w:tc>
          <w:tcPr>
            <w:tcW w:type="dxa" w:w="1738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4</w:t>
            </w:r>
          </w:p>
        </w:tc>
        <w:tc>
          <w:tcPr>
            <w:tcW w:type="dxa" w:w="1738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5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קסם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🚪 קוד היציאה: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🧩 מסדרים וממיינים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את היום של נטליה. אחר כך מיינו משפטים.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סדרו את היום. – מספרו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האירוע / 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בערב חזרתי הביתה.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בבוקר קמתי מוקדם.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 כך נסעתי לאולפן.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אכלתי ארוחת בוקר.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מיינו: משפט פשוט או משפט מחובר?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כרטיס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 פשוט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 מחובר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הילדים משחקים בפארק.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בא, והיא הלכה.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לומדת עברית, ואני גם עובדת.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היה קר, אבל יצאנו.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לומדת עברית.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אוהב קפה חם.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רצועות מיון לגזירה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בבוקר קמתי מוקדם.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אכלתי ארוחת בוקר.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אחר כך נסעתי לאולפן.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בערב חזרתי הביתה.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אני לומדת עברית.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אני לומדת עברית, ואני גם עובדת.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הילדים משחקים בפארק.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היה קר, אבל יצאנו.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אני אוהב קפה חם.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הוא בא, והיא הלכה.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🔮 🔮 הראיון של נטליה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קטע, הקיפו את הניבוי שלכם – ורק אז המורה תקרא את ההמשך.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נטליה מחפשת עבודה. מחר יש לה ראיון. היא מפחדת מהעברית.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היא תעשה?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תבטל את הראיון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תתאמן עם חברה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לא תגיד כלום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בראיון שואלים: "למה את רוצה לעבוד כאן?"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איך היא תתחיל את התשובה?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"לכן אני כאן."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"אבל אני לא יודעת."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"אני רוצה לעבוד כאן כי..."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המראיין אומר: "העברית שלך עוד לא מושלמת, אבל..."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הוא יגיד אחרי "אבל"?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"אבל את לא מתאימה."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"אבל את מדברת ברור ועם הרבה רצון."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"אבל לכן לא."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🎯 יוצא דופן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שולחן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לא מילת קישור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כתב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אכל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קרא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התלבש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בעתיד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בבניין התפעל – השאר בפעל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קצר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היא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בעבר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פועל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לא כינוי גוף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לומד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מכתב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למדה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תלמיד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שורשו כ-ת-ב – השאר מהשורש ל-מ-ד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שם עצם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ארוך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ד׳ – 🏁 משחקי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🏆 טריוויה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מהו הרעיון המרכזי של הטקסט ״יריד הסיפורים״?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האולם גדול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כל אחד מביא סיפור מהבית ומלמד את כולם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התלמידים אוכלים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אין סיפורים בבית הספר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תפקיד המשפט ״יש מתכון של סבתא ויש שיר ישן״?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נותן דוגמאות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סוגר את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מציג בעיה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הוא נותן הוראה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תפקיד המשפט האחרון בטקסט?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שואל שאלה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נותן מספר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מסיים ומראה את התגובה של הקהל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הוא מציג דמות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איזו מילת קישור מתאימה: ״אני מתרגש, ___ אני מספר סיפור בפעם הראשונה״?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הקשר בין ״מספר״ לבין ״סיפור״?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אין קשר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אותו שורש: ס-פ-ר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שתיהן מילות קישור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שתיהן מספרים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⚡ נכון /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היגד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״כי״ מסבירה למה משהו קרה.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״אבל״ היא מילה של סיבה.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״תלמיד״ ו״לומד״ מאותו שורש.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 הוא מילה של צבע.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״לכן״ מראה תוצאה.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בעברית יש שלושה בניינים.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במשפט ״אני קורא ספר״ המילה ״קורא״ היא פועל.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״ספר״ ו״ספרייה״ משורשים שונים.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🧱 מחסן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מחסן: אחר כך · אבל · כי · גם · לכן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אני לומד עברית. העברית קשה, (1)________ היא יפה. אני קורא כל יום, (2)________ אני רוצה לדבר טוב. (3)________ אני כותב ביומן. (4)________ אני מדבר יותר טוב.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🔎 בלש הניסוח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בטקסט 3 שגיאות. הקיפו אותן וכתבו תיקון: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התלמידים מספר סיפורים. הבית הספר מארגן יריד. הייתי עייף, לכן נהניתי מאוד.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🧠 קלפי זיכרון – גזרו והתאימו מושג להגדרה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מילת קישור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סיבה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C7ED6"/>
                <w:sz w:val="24"/>
                <w:rtl/>
                <w:szCs w:val="24"/>
                <w:bCs/>
              </w:rPr>
              <w:t>תוצאה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↔️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ניגוד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שורש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🏃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פועל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מילה שמחברת בין משפטים ורעיונות.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התשובה לשאלה ״למה?״.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מה שקורה בגלל סיבה.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שני רעיונות שונים או הפוכים.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האותיות שנותנות למילה את המשמעות.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מילה שמתארת פעולה.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🌍 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עברית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Русский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العربية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אולפן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Hebrew school for immigrants (ulpan)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ульпан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أولبان (مدرسة لتعليم العبرية)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מתקדמת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making progress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делает успехи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تتقدّم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hard, difficult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трудно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صعب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friend (female)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подруга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صديقة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thank you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спасибо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شكرًا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מסיבה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party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праздник, вечеринка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حفلة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מוזיקה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music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музыка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موسيقى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מכתבים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letters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письма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رسائل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course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курс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دورة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work, job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работа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عمل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ראיון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interview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собеседование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مقابلة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root (of a word)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корень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جذر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verb pattern (binyan)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биньян (глагольная модель)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وزن الفعل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sentence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предложение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جملة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אחד שלמדתי היום: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שנשארה לי: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📚 לשון · תיכון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